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ששת התפקידים במערכת העיתון השיתופי ואת תחומי האחריות של כל 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תפקיד לבין המשפט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לחלוקת תפקידים בצוות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אחראי על 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גרפיקאי ועורך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בודק עובדות ומקורות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עורך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מנהל זמנים וקשר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אחד ואחת מחזיקים שני תפקידים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חלק מתחום האחריות של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תפקיד הגרפיקאי ועורך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מתחום האחריות של עורך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חלק מתחום האחריות של מנהל זמנים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התפקיד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עורך 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גרפיקאי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עורך לשון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תפקיד למשפט המייצג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(עיתון טוב הוא סיפור אחד שמסופר בכמה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(קודם עובדה מהטקסט, אחר כך 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(תמונה טובה היא עוד פסקה בכתבה)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(אם זה לא כתוב ביצירה זה עדיין לא עובדה)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(פחות מילים, יותר משמעות)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(מערכת רגועה היא מערכת מתוכננת)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אחד יכיר כמה תחומים, שהעבודה תתחלק בצורה הוגנת ושאפשר יהיה להחליף אם צריך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תכננו את התפקידים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שני תפקידים מתוך הרשימה עם נימוק קצר המתאים ליכולות או לתחומי העניין של התלמיד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צריכה לכלול שם תפקיד נכון ותיאור אחריות תואם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 עובדות בודק דיוק ציטוטים, עורך לשון מתקן ניסוח וכתיב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לשמור על לוח זמנים ותקשורת סדירה עם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לצוותים ולתרגל את חלק ההתאמה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לבחור תפקידים שונים מהרגיל כדי להתנסות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תפקידים במערכת העיתון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בעיתון השיתופי כל תלמיד ותלמידה בצוות מחזיקים שני תפקידים מתוך ששת התפקידים: עורך ראשי, כתב, גרפיקאי, בודק עובדות, עורך לשון ומנהל זמנים. דף זה בודק עד כמה הכרתם את התפקידים ואת האחריות של כל אחד מהם.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אחראי על 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שומר על החזון של העיתון ודואג שכל החלקים מדברים על אותו נושא?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מנסח את הליד ואת הכותרות?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דואג שהעיתון ייראה כמו עיתון ושהרכיב החזותי יספר משהו ולא רק יקשט?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 ועורך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מוודא שכל ציטוט מדויק, מסומן ומופיע במקומו הנכון ביצירה?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בודק עובדות ומקורות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מנהל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מקצר משפטים ארוכים ומסיר חזרות מהכתבה?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 עובדות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עורך ראשי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מנהל את לוח השבועות ומזכיר מועדים?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מנהל זמנים וקשר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גרפיקאי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בודק עובדות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בצוות של 2-3 כל אחד ואחת מחזיקים תפקיד אחד בלבד.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עורך ראשי מוביל את ישיבת דבר העורכים.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 עובדות ומקורות אחראי לבחירת הגופנים והגדלים בעיתון.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עורך לשון שומר על משלב מתאים לכל סוג 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מנהל זמנים וקשר מעדכן את המורה לפני כל נקודת בדיקה.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התפקיד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מנחה את דיון בחירת הנושא ומכריע בעדינות כשיש תקיעות.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קורא בקול את הטיוטה לצוות ומקשיב להערות.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יוצר רכיב חזותי מקורי כמו ציור, תרשים או ציר זמן.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מנהל את טבלת המקורות של הצוות.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סופר מילים ומוודא שכל חלק בטווח הנדרש.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תפקיד למשפט המייצג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עורך ראשי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קודם עובדה מהטקסט, אחר כך 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עיתון טוב הוא סיפור אחד שמסופר בכמה 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גרפיקאי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אם זה לא כתוב ביצירה זה עדיין לא עובדה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בודק עובדות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תמונה טובה היא עוד פסקה בכתבה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עורך 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מערכת רגועה היא מערכת מתוכננת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מנהל זמנים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פחות מילים, יותר 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חשוב שכל חברי הצוות יחזיקו שני תפקידים ולא רק תפקיד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תכננו את התפקידים שלכם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אילו שני תפקידים הייתם בוחרים לעצמכם בצוות, ונמקו בקצרה כל בחירה.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תפקיד אחד ואת האחריות המרכזית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תפקיד בודק עובדות לתפקיד עורך לשון?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שבצוות יהיה מנהל זמנים וקשר?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תפקידים במערכת העיתון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