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תפקידים במערכת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התפקידים במערכת העיתון השיתופי ואת תחומי האחריות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תפקיד לבין המשפט המייצג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לחלוקת תפקידים בצוות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אחראי על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גרפיקאי ועורך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בודק עובדות ומקורות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עורך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מנהל זמנים וקשר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ואחת מחזיקים שני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מתחום האחריות של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תפקיד הגרפיקאי ועורך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מתחום האחריות של עורך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מתחום האחריות של מנהל 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התפקיד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גרפיקאי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עורך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למשפט המייצג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(עיתון טוב הוא סיפור אחד שמסופר בכמה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(קודם עובדה מהטקסט, אחר כך 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(תמונה טובה היא עוד פסקה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(אם זה לא כתוב ביצירה זה עדיין לא 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(פחות מילים, יותר 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(מערכת רגועה היא מערכת מתוכננת)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אחד יכיר כמה תחומים, שהעבודה תתחלק בצורה הוגנת ושאפשר יהיה להחליף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את התפקידים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שני תפקידים מתוך הרשימה עם נימוק קצר המתאים ליכולות או לתחומי העניין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צריכה לכלול שם תפקיד נכון ותיאור אחריות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 עובדות בודק דיוק ציטוטים, עורך לשון מתקן ניסוח וכתיב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לוח זמנים ותקשורת סדירה עם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לצוותים ולתרגל את חלק ההתאמה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לבחור תפקידים שונים מהרגיל כדי להתנסות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תפקידים במערכת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בצוות העיתון יש שישה תפקידים. כל תלמיד או תלמידה עושים שני תפקידים. בדף הזה תתרגלו מה כל תפקיד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 ראשי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 על הנושא המרכזי של כל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 את הכתבה המרכזית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גרפיקאי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אחראי על המראה והציורים של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בודק עובדות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 שכל ציטוט נכון ומדויק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מתקן ניסוח, כתיב ופיסוק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מנהל זמנים וקשר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 על לוח הזמנים ומעדכן את המורה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הפותח של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שהעיתון רוצה להעביר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אחראי על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אחראי שכל העיתון מדבר על אותו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כותב את המשפט הפותח והכותרות?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מנהל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אחראי על המראה והתמונות?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גרפיקאי ועורך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בודק שהציטוטים נכונים?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 עובדות ומקורות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מנהל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מתקן את הניסוח ומקצר משפטים?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שומר על לוח הזמנים?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מנהל זמנים וקשר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בצוות של 2-3 כל אחד ואחת מחזיקים תפקיד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עורך ראשי מוביל את ישיבת דבר העורכים.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 עובדות ומקורות אחראי לבחירת הגופנים והגדלים בעיתון.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עורך לשון שומר על משלב מתאים לכל סוג 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מנהל זמנים וקשר מעדכן את המורה לפני כל נקודת 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התפקיד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מנחה את דיון בחירת הנושא ומכריע בעדינות כשיש תקיעות.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קורא בקול את הטיוטה לצוות ומקשיב להערות.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יוצר רכיב חזותי מקורי כמו ציור, תרשים או ציר 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מנהל את טבלת המקורות של הצוות.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סופר מילים ומוודא שכל חלק בטווח הנדרש.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למשפט המייצג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עורך ראשי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טובה היא עוד פסקה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פחות מילים, יותר משמעות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גרפיקאי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מערכת רגועה היא מערכת מתוכננת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בודק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קודם עובדה מהטקסט, אחר כך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עורך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אם זה לא כתוב ביצירה זה עדיין לא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מנהל 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עיתון טוב הוא סיפור אחד שמסופר בכמה 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שכל חברי הצוות יחזיקו שני תפקידים ולא רק תפקיד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את התפקידים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אילו שני תפקידים הייתם בוחרים לעצמכם בצוות, ונמקו בקצרה כל 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תפקיד אחד ואת האחריות המרכזית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תפקיד בודק עובדות לתפקיד עורך 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שבצוות יהיה מנהל זמנים וקשר?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תפקידים במערכת העיתון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